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090337" w14:textId="77777777" w:rsidR="00FA6934" w:rsidRDefault="00BD2496">
      <w:pPr>
        <w:spacing w:after="100"/>
      </w:pPr>
      <w:r>
        <w:rPr>
          <w:noProof/>
        </w:rPr>
        <w:drawing>
          <wp:inline distT="0" distB="0" distL="0" distR="0" wp14:anchorId="741B3B73" wp14:editId="53C49015">
            <wp:extent cx="1170000" cy="69822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ull_whit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70000" cy="698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D46B4" w14:textId="77777777" w:rsidR="00FA6934" w:rsidRPr="00826F42" w:rsidRDefault="00BD2496">
      <w:pPr>
        <w:jc w:val="right"/>
        <w:rPr>
          <w:lang w:val="es-ES"/>
        </w:rPr>
      </w:pPr>
      <w:r w:rsidRPr="00826F42">
        <w:rPr>
          <w:rFonts w:eastAsia="Times New Roman"/>
          <w:b/>
          <w:sz w:val="21"/>
          <w:lang w:val="es-ES"/>
        </w:rPr>
        <w:t>OBRAZAC A</w:t>
      </w:r>
    </w:p>
    <w:p w14:paraId="43A379D9" w14:textId="77777777" w:rsidR="00826F42" w:rsidRDefault="00826F42" w:rsidP="00826F42">
      <w:pPr>
        <w:jc w:val="center"/>
        <w:rPr>
          <w:rFonts w:eastAsia="Times New Roman" w:cs="Times New Roman"/>
          <w:b/>
          <w:sz w:val="28"/>
          <w:lang w:val="hr-HR"/>
        </w:rPr>
      </w:pPr>
    </w:p>
    <w:p w14:paraId="4A757173" w14:textId="77777777" w:rsidR="00826F42" w:rsidRDefault="00826F42" w:rsidP="00826F42">
      <w:pPr>
        <w:jc w:val="center"/>
        <w:rPr>
          <w:rFonts w:eastAsia="Times New Roman" w:cs="Times New Roman"/>
          <w:b/>
          <w:sz w:val="28"/>
          <w:lang w:val="hr-HR"/>
        </w:rPr>
      </w:pPr>
    </w:p>
    <w:p w14:paraId="3F1E3EC2" w14:textId="71865B9C" w:rsidR="00FA6934" w:rsidRPr="00826F42" w:rsidRDefault="00BD2496" w:rsidP="00826F42">
      <w:pPr>
        <w:jc w:val="center"/>
        <w:rPr>
          <w:rFonts w:cs="Times New Roman"/>
          <w:lang w:val="hr-HR"/>
        </w:rPr>
      </w:pPr>
      <w:r w:rsidRPr="00826F42">
        <w:rPr>
          <w:rFonts w:eastAsia="Times New Roman" w:cs="Times New Roman"/>
          <w:b/>
          <w:sz w:val="28"/>
          <w:lang w:val="hr-HR"/>
        </w:rPr>
        <w:t>PRIJAVA NA NATJEČAJ ZA RAD NA PROJEKTU</w:t>
      </w:r>
    </w:p>
    <w:p w14:paraId="065A6A61" w14:textId="77777777" w:rsidR="00FA6934" w:rsidRPr="00826F42" w:rsidRDefault="00BD2496" w:rsidP="00826F42">
      <w:pPr>
        <w:jc w:val="center"/>
        <w:rPr>
          <w:rFonts w:cs="Times New Roman"/>
          <w:lang w:val="hr-HR"/>
        </w:rPr>
      </w:pPr>
      <w:proofErr w:type="spellStart"/>
      <w:r w:rsidRPr="00826F42">
        <w:rPr>
          <w:rFonts w:eastAsia="Times New Roman" w:cs="Times New Roman"/>
          <w:b/>
          <w:lang w:val="hr-HR"/>
        </w:rPr>
        <w:t>StartART</w:t>
      </w:r>
      <w:proofErr w:type="spellEnd"/>
      <w:r w:rsidRPr="00826F42">
        <w:rPr>
          <w:rFonts w:eastAsia="Times New Roman" w:cs="Times New Roman"/>
          <w:b/>
          <w:lang w:val="hr-HR"/>
        </w:rPr>
        <w:t xml:space="preserve"> – Umjetnost </w:t>
      </w:r>
      <w:proofErr w:type="spellStart"/>
      <w:r w:rsidRPr="00826F42">
        <w:rPr>
          <w:rFonts w:eastAsia="Times New Roman" w:cs="Times New Roman"/>
          <w:b/>
          <w:lang w:val="hr-HR"/>
        </w:rPr>
        <w:t>zapošljivosti</w:t>
      </w:r>
      <w:proofErr w:type="spellEnd"/>
      <w:r w:rsidRPr="00826F42">
        <w:rPr>
          <w:rFonts w:eastAsia="Times New Roman" w:cs="Times New Roman"/>
          <w:b/>
          <w:lang w:val="hr-HR"/>
        </w:rPr>
        <w:t xml:space="preserve"> kroz AUKOS stručnu praksu</w:t>
      </w:r>
    </w:p>
    <w:p w14:paraId="55AFACCE" w14:textId="77777777" w:rsidR="00FA6934" w:rsidRPr="00826F42" w:rsidRDefault="00BD2496" w:rsidP="00826F42">
      <w:pPr>
        <w:jc w:val="center"/>
        <w:rPr>
          <w:rFonts w:cs="Times New Roman"/>
          <w:b/>
          <w:bCs/>
          <w:lang w:val="hr-HR"/>
        </w:rPr>
      </w:pPr>
      <w:r w:rsidRPr="00826F42">
        <w:rPr>
          <w:rFonts w:eastAsia="Times New Roman" w:cs="Times New Roman"/>
          <w:b/>
          <w:bCs/>
          <w:sz w:val="21"/>
          <w:lang w:val="hr-HR"/>
        </w:rPr>
        <w:t>SF.2.4.06.08.0035</w:t>
      </w:r>
    </w:p>
    <w:p w14:paraId="4C53AAEB" w14:textId="77777777" w:rsidR="00826F42" w:rsidRDefault="00826F42" w:rsidP="00826F42">
      <w:pPr>
        <w:rPr>
          <w:rFonts w:eastAsia="Times New Roman" w:cs="Times New Roman"/>
          <w:b/>
          <w:sz w:val="21"/>
          <w:lang w:val="hr-HR"/>
        </w:rPr>
      </w:pPr>
    </w:p>
    <w:p w14:paraId="58EF058B" w14:textId="77777777" w:rsidR="00826F42" w:rsidRDefault="00826F42" w:rsidP="00826F42">
      <w:pPr>
        <w:rPr>
          <w:rFonts w:eastAsia="Times New Roman" w:cs="Times New Roman"/>
          <w:b/>
          <w:sz w:val="21"/>
          <w:lang w:val="hr-HR"/>
        </w:rPr>
      </w:pPr>
    </w:p>
    <w:p w14:paraId="4F854310" w14:textId="2CA666FE" w:rsidR="00FA6934" w:rsidRDefault="00BD2496" w:rsidP="00826F42">
      <w:pPr>
        <w:rPr>
          <w:rFonts w:eastAsia="Times New Roman" w:cs="Times New Roman"/>
          <w:sz w:val="24"/>
          <w:szCs w:val="24"/>
          <w:lang w:val="hr-HR"/>
        </w:rPr>
      </w:pPr>
      <w:r w:rsidRPr="00826F42">
        <w:rPr>
          <w:rFonts w:eastAsia="Times New Roman" w:cs="Times New Roman"/>
          <w:b/>
          <w:sz w:val="24"/>
          <w:szCs w:val="24"/>
          <w:lang w:val="hr-HR"/>
        </w:rPr>
        <w:t xml:space="preserve">Radno mjesto: </w:t>
      </w:r>
      <w:r w:rsidR="00826F42" w:rsidRPr="00826F42">
        <w:rPr>
          <w:rFonts w:eastAsia="Times New Roman" w:cs="Times New Roman"/>
          <w:sz w:val="24"/>
          <w:szCs w:val="24"/>
          <w:lang w:val="hr-HR"/>
        </w:rPr>
        <w:t>S</w:t>
      </w:r>
      <w:r w:rsidRPr="00826F42">
        <w:rPr>
          <w:rFonts w:eastAsia="Times New Roman" w:cs="Times New Roman"/>
          <w:sz w:val="24"/>
          <w:szCs w:val="24"/>
          <w:lang w:val="hr-HR"/>
        </w:rPr>
        <w:t>uradnik na projektu (</w:t>
      </w:r>
      <w:r w:rsidR="00826F42" w:rsidRPr="00826F42">
        <w:rPr>
          <w:rFonts w:eastAsia="Times New Roman" w:cs="Times New Roman"/>
          <w:sz w:val="24"/>
          <w:szCs w:val="24"/>
          <w:lang w:val="hr-HR"/>
        </w:rPr>
        <w:t>S</w:t>
      </w:r>
      <w:r w:rsidRPr="00826F42">
        <w:rPr>
          <w:rFonts w:eastAsia="Times New Roman" w:cs="Times New Roman"/>
          <w:sz w:val="24"/>
          <w:szCs w:val="24"/>
          <w:lang w:val="hr-HR"/>
        </w:rPr>
        <w:t>uradnik u Karijernom centru)</w:t>
      </w:r>
    </w:p>
    <w:p w14:paraId="52D8EB96" w14:textId="77777777" w:rsidR="00826F42" w:rsidRPr="00826F42" w:rsidRDefault="00826F42" w:rsidP="00826F42">
      <w:pPr>
        <w:rPr>
          <w:rFonts w:eastAsia="Times New Roman" w:cs="Times New Roman"/>
          <w:sz w:val="24"/>
          <w:szCs w:val="24"/>
          <w:lang w:val="hr-HR"/>
        </w:rPr>
      </w:pPr>
    </w:p>
    <w:p w14:paraId="270CC73D" w14:textId="77777777" w:rsidR="00826F42" w:rsidRPr="00826F42" w:rsidRDefault="00826F42" w:rsidP="00826F42">
      <w:pPr>
        <w:rPr>
          <w:rFonts w:cs="Times New Roman"/>
          <w:sz w:val="22"/>
          <w:lang w:val="hr-HR"/>
        </w:rPr>
      </w:pPr>
    </w:p>
    <w:p w14:paraId="466A89B0" w14:textId="77777777" w:rsidR="00FA6934" w:rsidRPr="00826F42" w:rsidRDefault="00BD2496" w:rsidP="00826F42">
      <w:pPr>
        <w:keepNext/>
        <w:rPr>
          <w:rFonts w:cs="Times New Roman"/>
          <w:sz w:val="22"/>
          <w:lang w:val="hr-HR"/>
        </w:rPr>
      </w:pPr>
      <w:r w:rsidRPr="00826F42">
        <w:rPr>
          <w:rFonts w:eastAsia="Times New Roman" w:cs="Times New Roman"/>
          <w:b/>
          <w:sz w:val="22"/>
          <w:lang w:val="hr-HR"/>
        </w:rPr>
        <w:t>1. OSOBNI PODATCI KANDIDATA/KANDIDATKINJE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633"/>
      </w:tblGrid>
      <w:tr w:rsidR="00FA6934" w:rsidRPr="00826F42" w14:paraId="410771C9" w14:textId="77777777">
        <w:trPr>
          <w:trHeight w:val="454"/>
          <w:jc w:val="center"/>
        </w:trPr>
        <w:tc>
          <w:tcPr>
            <w:tcW w:w="283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vAlign w:val="center"/>
          </w:tcPr>
          <w:p w14:paraId="00310CB8" w14:textId="77777777" w:rsidR="00FA6934" w:rsidRPr="00826F42" w:rsidRDefault="00BD2496" w:rsidP="00826F42">
            <w:pPr>
              <w:rPr>
                <w:rFonts w:cs="Times New Roman"/>
                <w:sz w:val="22"/>
                <w:lang w:val="hr-HR"/>
              </w:rPr>
            </w:pPr>
            <w:r w:rsidRPr="00826F42">
              <w:rPr>
                <w:rFonts w:eastAsia="Times New Roman" w:cs="Times New Roman"/>
                <w:b/>
                <w:sz w:val="22"/>
                <w:lang w:val="hr-HR"/>
              </w:rPr>
              <w:t xml:space="preserve">Ime i </w:t>
            </w:r>
            <w:r w:rsidRPr="00826F42">
              <w:rPr>
                <w:rFonts w:eastAsia="Times New Roman" w:cs="Times New Roman"/>
                <w:b/>
                <w:sz w:val="22"/>
                <w:lang w:val="hr-HR"/>
              </w:rPr>
              <w:t>prezime</w:t>
            </w:r>
          </w:p>
        </w:tc>
        <w:tc>
          <w:tcPr>
            <w:tcW w:w="6633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74C191E8" w14:textId="77777777" w:rsidR="00FA6934" w:rsidRPr="00826F42" w:rsidRDefault="00FA6934" w:rsidP="00826F42">
            <w:pPr>
              <w:rPr>
                <w:rFonts w:cs="Times New Roman"/>
                <w:sz w:val="22"/>
                <w:lang w:val="hr-HR"/>
              </w:rPr>
            </w:pPr>
          </w:p>
        </w:tc>
      </w:tr>
      <w:tr w:rsidR="00FA6934" w:rsidRPr="00826F42" w14:paraId="757668BA" w14:textId="77777777">
        <w:trPr>
          <w:trHeight w:val="454"/>
          <w:jc w:val="center"/>
        </w:trPr>
        <w:tc>
          <w:tcPr>
            <w:tcW w:w="283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vAlign w:val="center"/>
          </w:tcPr>
          <w:p w14:paraId="55A501A9" w14:textId="77777777" w:rsidR="00FA6934" w:rsidRPr="00826F42" w:rsidRDefault="00BD2496" w:rsidP="00826F42">
            <w:pPr>
              <w:rPr>
                <w:rFonts w:cs="Times New Roman"/>
                <w:sz w:val="22"/>
                <w:lang w:val="hr-HR"/>
              </w:rPr>
            </w:pPr>
            <w:r w:rsidRPr="00826F42">
              <w:rPr>
                <w:rFonts w:eastAsia="Times New Roman" w:cs="Times New Roman"/>
                <w:b/>
                <w:sz w:val="22"/>
                <w:lang w:val="hr-HR"/>
              </w:rPr>
              <w:t>Adresa prebivališta/boravišta</w:t>
            </w:r>
          </w:p>
        </w:tc>
        <w:tc>
          <w:tcPr>
            <w:tcW w:w="6633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363DA1D6" w14:textId="77777777" w:rsidR="00FA6934" w:rsidRPr="00826F42" w:rsidRDefault="00FA6934" w:rsidP="00826F42">
            <w:pPr>
              <w:rPr>
                <w:rFonts w:cs="Times New Roman"/>
                <w:sz w:val="22"/>
                <w:lang w:val="hr-HR"/>
              </w:rPr>
            </w:pPr>
          </w:p>
        </w:tc>
      </w:tr>
      <w:tr w:rsidR="00FA6934" w:rsidRPr="00826F42" w14:paraId="58994EEA" w14:textId="77777777">
        <w:trPr>
          <w:trHeight w:val="454"/>
          <w:jc w:val="center"/>
        </w:trPr>
        <w:tc>
          <w:tcPr>
            <w:tcW w:w="283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vAlign w:val="center"/>
          </w:tcPr>
          <w:p w14:paraId="5A9CAD8A" w14:textId="77777777" w:rsidR="00FA6934" w:rsidRPr="00826F42" w:rsidRDefault="00BD2496" w:rsidP="00826F42">
            <w:pPr>
              <w:rPr>
                <w:rFonts w:cs="Times New Roman"/>
                <w:sz w:val="22"/>
                <w:lang w:val="hr-HR"/>
              </w:rPr>
            </w:pPr>
            <w:r w:rsidRPr="00826F42">
              <w:rPr>
                <w:rFonts w:eastAsia="Times New Roman" w:cs="Times New Roman"/>
                <w:b/>
                <w:sz w:val="22"/>
                <w:lang w:val="hr-HR"/>
              </w:rPr>
              <w:t>Broj telefona/mobitela</w:t>
            </w:r>
          </w:p>
        </w:tc>
        <w:tc>
          <w:tcPr>
            <w:tcW w:w="6633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47BA7EA5" w14:textId="77777777" w:rsidR="00FA6934" w:rsidRPr="00826F42" w:rsidRDefault="00FA6934" w:rsidP="00826F42">
            <w:pPr>
              <w:rPr>
                <w:rFonts w:cs="Times New Roman"/>
                <w:sz w:val="22"/>
                <w:lang w:val="hr-HR"/>
              </w:rPr>
            </w:pPr>
          </w:p>
        </w:tc>
      </w:tr>
      <w:tr w:rsidR="00FA6934" w:rsidRPr="00826F42" w14:paraId="60EECF1B" w14:textId="77777777">
        <w:trPr>
          <w:trHeight w:val="454"/>
          <w:jc w:val="center"/>
        </w:trPr>
        <w:tc>
          <w:tcPr>
            <w:tcW w:w="283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vAlign w:val="center"/>
          </w:tcPr>
          <w:p w14:paraId="0C755215" w14:textId="77777777" w:rsidR="00FA6934" w:rsidRPr="00826F42" w:rsidRDefault="00BD2496" w:rsidP="00826F42">
            <w:pPr>
              <w:rPr>
                <w:rFonts w:cs="Times New Roman"/>
                <w:sz w:val="22"/>
                <w:lang w:val="hr-HR"/>
              </w:rPr>
            </w:pPr>
            <w:r w:rsidRPr="00826F42">
              <w:rPr>
                <w:rFonts w:eastAsia="Times New Roman" w:cs="Times New Roman"/>
                <w:b/>
                <w:sz w:val="22"/>
                <w:lang w:val="hr-HR"/>
              </w:rPr>
              <w:t>E-adresa</w:t>
            </w:r>
          </w:p>
        </w:tc>
        <w:tc>
          <w:tcPr>
            <w:tcW w:w="6633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0BDAB8C3" w14:textId="77777777" w:rsidR="00FA6934" w:rsidRPr="00826F42" w:rsidRDefault="00FA6934" w:rsidP="00826F42">
            <w:pPr>
              <w:rPr>
                <w:rFonts w:cs="Times New Roman"/>
                <w:sz w:val="22"/>
                <w:lang w:val="hr-HR"/>
              </w:rPr>
            </w:pPr>
          </w:p>
        </w:tc>
      </w:tr>
    </w:tbl>
    <w:p w14:paraId="63887373" w14:textId="77777777" w:rsidR="00826F42" w:rsidRDefault="00826F42" w:rsidP="00826F42">
      <w:pPr>
        <w:keepNext/>
        <w:rPr>
          <w:rFonts w:eastAsia="Times New Roman" w:cs="Times New Roman"/>
          <w:b/>
          <w:sz w:val="22"/>
          <w:lang w:val="hr-HR"/>
        </w:rPr>
      </w:pPr>
      <w:bookmarkStart w:id="0" w:name="_GoBack"/>
      <w:bookmarkEnd w:id="0"/>
    </w:p>
    <w:p w14:paraId="3BEEB8C9" w14:textId="77777777" w:rsidR="00826F42" w:rsidRPr="00826F42" w:rsidRDefault="00826F42" w:rsidP="00826F42">
      <w:pPr>
        <w:keepNext/>
        <w:rPr>
          <w:rFonts w:eastAsia="Times New Roman" w:cs="Times New Roman"/>
          <w:b/>
          <w:sz w:val="22"/>
          <w:lang w:val="hr-HR"/>
        </w:rPr>
      </w:pPr>
    </w:p>
    <w:p w14:paraId="595850F6" w14:textId="168E1355" w:rsidR="00FA6934" w:rsidRPr="00826F42" w:rsidRDefault="00BD2496" w:rsidP="00826F42">
      <w:pPr>
        <w:keepNext/>
        <w:rPr>
          <w:rFonts w:cs="Times New Roman"/>
          <w:sz w:val="22"/>
          <w:lang w:val="hr-HR"/>
        </w:rPr>
      </w:pPr>
      <w:r w:rsidRPr="00826F42">
        <w:rPr>
          <w:rFonts w:eastAsia="Times New Roman" w:cs="Times New Roman"/>
          <w:b/>
          <w:sz w:val="22"/>
          <w:lang w:val="hr-HR"/>
        </w:rPr>
        <w:t>2. OBRAZOVANJE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633"/>
      </w:tblGrid>
      <w:tr w:rsidR="00FA6934" w:rsidRPr="00826F42" w14:paraId="566C8BFA" w14:textId="77777777">
        <w:trPr>
          <w:trHeight w:val="454"/>
          <w:jc w:val="center"/>
        </w:trPr>
        <w:tc>
          <w:tcPr>
            <w:tcW w:w="283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vAlign w:val="center"/>
          </w:tcPr>
          <w:p w14:paraId="2C26D286" w14:textId="77777777" w:rsidR="00FA6934" w:rsidRPr="00826F42" w:rsidRDefault="00BD2496" w:rsidP="00826F42">
            <w:pPr>
              <w:rPr>
                <w:rFonts w:cs="Times New Roman"/>
                <w:sz w:val="22"/>
                <w:lang w:val="hr-HR"/>
              </w:rPr>
            </w:pPr>
            <w:r w:rsidRPr="00826F42">
              <w:rPr>
                <w:rFonts w:eastAsia="Times New Roman" w:cs="Times New Roman"/>
                <w:b/>
                <w:sz w:val="22"/>
                <w:lang w:val="hr-HR"/>
              </w:rPr>
              <w:t>Naziv visokog učilišta</w:t>
            </w:r>
          </w:p>
        </w:tc>
        <w:tc>
          <w:tcPr>
            <w:tcW w:w="6633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68671A65" w14:textId="77777777" w:rsidR="00FA6934" w:rsidRPr="00826F42" w:rsidRDefault="00FA6934" w:rsidP="00826F42">
            <w:pPr>
              <w:rPr>
                <w:rFonts w:cs="Times New Roman"/>
                <w:sz w:val="22"/>
                <w:lang w:val="hr-HR"/>
              </w:rPr>
            </w:pPr>
          </w:p>
        </w:tc>
      </w:tr>
      <w:tr w:rsidR="00FA6934" w:rsidRPr="00826F42" w14:paraId="46E4C3F2" w14:textId="77777777">
        <w:trPr>
          <w:trHeight w:val="454"/>
          <w:jc w:val="center"/>
        </w:trPr>
        <w:tc>
          <w:tcPr>
            <w:tcW w:w="283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vAlign w:val="center"/>
          </w:tcPr>
          <w:p w14:paraId="1D42D641" w14:textId="77777777" w:rsidR="00FA6934" w:rsidRPr="00826F42" w:rsidRDefault="00BD2496" w:rsidP="00826F42">
            <w:pPr>
              <w:rPr>
                <w:rFonts w:cs="Times New Roman"/>
                <w:sz w:val="22"/>
                <w:lang w:val="hr-HR"/>
              </w:rPr>
            </w:pPr>
            <w:r w:rsidRPr="00826F42">
              <w:rPr>
                <w:rFonts w:eastAsia="Times New Roman" w:cs="Times New Roman"/>
                <w:b/>
                <w:sz w:val="22"/>
                <w:lang w:val="hr-HR"/>
              </w:rPr>
              <w:t>Naziv završenog studija</w:t>
            </w:r>
          </w:p>
        </w:tc>
        <w:tc>
          <w:tcPr>
            <w:tcW w:w="6633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28224CB0" w14:textId="77777777" w:rsidR="00FA6934" w:rsidRPr="00826F42" w:rsidRDefault="00FA6934" w:rsidP="00826F42">
            <w:pPr>
              <w:rPr>
                <w:rFonts w:cs="Times New Roman"/>
                <w:sz w:val="22"/>
                <w:lang w:val="hr-HR"/>
              </w:rPr>
            </w:pPr>
          </w:p>
        </w:tc>
      </w:tr>
      <w:tr w:rsidR="00FA6934" w:rsidRPr="00826F42" w14:paraId="75BB503A" w14:textId="77777777">
        <w:trPr>
          <w:trHeight w:val="454"/>
          <w:jc w:val="center"/>
        </w:trPr>
        <w:tc>
          <w:tcPr>
            <w:tcW w:w="283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vAlign w:val="center"/>
          </w:tcPr>
          <w:p w14:paraId="513DE3BE" w14:textId="77777777" w:rsidR="00FA6934" w:rsidRPr="00826F42" w:rsidRDefault="00BD2496" w:rsidP="00826F42">
            <w:pPr>
              <w:rPr>
                <w:rFonts w:cs="Times New Roman"/>
                <w:sz w:val="22"/>
                <w:lang w:val="hr-HR"/>
              </w:rPr>
            </w:pPr>
            <w:r w:rsidRPr="00826F42">
              <w:rPr>
                <w:rFonts w:eastAsia="Times New Roman" w:cs="Times New Roman"/>
                <w:b/>
                <w:sz w:val="22"/>
                <w:lang w:val="hr-HR"/>
              </w:rPr>
              <w:t>Stečeni akademski naziv</w:t>
            </w:r>
          </w:p>
        </w:tc>
        <w:tc>
          <w:tcPr>
            <w:tcW w:w="6633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4E56DF24" w14:textId="77777777" w:rsidR="00FA6934" w:rsidRPr="00826F42" w:rsidRDefault="00FA6934" w:rsidP="00826F42">
            <w:pPr>
              <w:rPr>
                <w:rFonts w:cs="Times New Roman"/>
                <w:sz w:val="22"/>
                <w:lang w:val="hr-HR"/>
              </w:rPr>
            </w:pPr>
          </w:p>
        </w:tc>
      </w:tr>
      <w:tr w:rsidR="00FA6934" w:rsidRPr="00826F42" w14:paraId="3CF8D3CA" w14:textId="77777777">
        <w:trPr>
          <w:trHeight w:val="454"/>
          <w:jc w:val="center"/>
        </w:trPr>
        <w:tc>
          <w:tcPr>
            <w:tcW w:w="283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vAlign w:val="center"/>
          </w:tcPr>
          <w:p w14:paraId="2E01AD58" w14:textId="77777777" w:rsidR="00FA6934" w:rsidRPr="00826F42" w:rsidRDefault="00BD2496" w:rsidP="00826F42">
            <w:pPr>
              <w:rPr>
                <w:rFonts w:cs="Times New Roman"/>
                <w:sz w:val="22"/>
                <w:lang w:val="hr-HR"/>
              </w:rPr>
            </w:pPr>
            <w:r w:rsidRPr="00826F42">
              <w:rPr>
                <w:rFonts w:eastAsia="Times New Roman" w:cs="Times New Roman"/>
                <w:b/>
                <w:sz w:val="22"/>
                <w:lang w:val="hr-HR"/>
              </w:rPr>
              <w:t>Godina završetka studija</w:t>
            </w:r>
          </w:p>
        </w:tc>
        <w:tc>
          <w:tcPr>
            <w:tcW w:w="6633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1163CE95" w14:textId="77777777" w:rsidR="00FA6934" w:rsidRPr="00826F42" w:rsidRDefault="00FA6934" w:rsidP="00826F42">
            <w:pPr>
              <w:rPr>
                <w:rFonts w:cs="Times New Roman"/>
                <w:sz w:val="22"/>
                <w:lang w:val="hr-HR"/>
              </w:rPr>
            </w:pPr>
          </w:p>
        </w:tc>
      </w:tr>
    </w:tbl>
    <w:p w14:paraId="21696F53" w14:textId="77777777" w:rsidR="00826F42" w:rsidRDefault="00826F42" w:rsidP="00826F42">
      <w:pPr>
        <w:keepNext/>
        <w:rPr>
          <w:rFonts w:eastAsia="Times New Roman" w:cs="Times New Roman"/>
          <w:b/>
          <w:sz w:val="22"/>
          <w:lang w:val="hr-HR"/>
        </w:rPr>
      </w:pPr>
    </w:p>
    <w:p w14:paraId="6D004F30" w14:textId="77777777" w:rsidR="00826F42" w:rsidRPr="00826F42" w:rsidRDefault="00826F42" w:rsidP="00826F42">
      <w:pPr>
        <w:keepNext/>
        <w:rPr>
          <w:rFonts w:eastAsia="Times New Roman" w:cs="Times New Roman"/>
          <w:b/>
          <w:sz w:val="22"/>
          <w:lang w:val="hr-HR"/>
        </w:rPr>
      </w:pPr>
    </w:p>
    <w:p w14:paraId="30E1C5EC" w14:textId="30A1FABF" w:rsidR="00FA6934" w:rsidRPr="00826F42" w:rsidRDefault="00BD2496" w:rsidP="00826F42">
      <w:pPr>
        <w:keepNext/>
        <w:rPr>
          <w:rFonts w:cs="Times New Roman"/>
          <w:sz w:val="22"/>
          <w:lang w:val="hr-HR"/>
        </w:rPr>
      </w:pPr>
      <w:r w:rsidRPr="00826F42">
        <w:rPr>
          <w:rFonts w:eastAsia="Times New Roman" w:cs="Times New Roman"/>
          <w:b/>
          <w:sz w:val="22"/>
          <w:lang w:val="hr-HR"/>
        </w:rPr>
        <w:t xml:space="preserve">3. </w:t>
      </w:r>
      <w:r w:rsidRPr="00826F42">
        <w:rPr>
          <w:rFonts w:eastAsia="Times New Roman" w:cs="Times New Roman"/>
          <w:b/>
          <w:sz w:val="22"/>
          <w:lang w:val="hr-HR"/>
        </w:rPr>
        <w:t>RELEVANTNO ISKUSTVO</w:t>
      </w:r>
    </w:p>
    <w:p w14:paraId="6072CAE5" w14:textId="77777777" w:rsidR="00FA6934" w:rsidRPr="00826F42" w:rsidRDefault="00BD2496" w:rsidP="00826F42">
      <w:pPr>
        <w:pStyle w:val="AUKOSSmall"/>
        <w:rPr>
          <w:rFonts w:eastAsia="Times New Roman" w:cs="Times New Roman"/>
          <w:i/>
          <w:sz w:val="22"/>
          <w:lang w:val="hr-HR"/>
        </w:rPr>
      </w:pPr>
      <w:r w:rsidRPr="00826F42">
        <w:rPr>
          <w:rFonts w:eastAsia="Times New Roman" w:cs="Times New Roman"/>
          <w:i/>
          <w:sz w:val="22"/>
          <w:lang w:val="hr-HR"/>
        </w:rPr>
        <w:t>Navesti iskustvo na poslovima pripreme i/ili provedbe projekata i programa financiranih iz fondova Europske unije i/ili drugih javnih izvora financiranja. Po potrebi dodati redove ili priložiti dodatnu tablicu.</w:t>
      </w:r>
    </w:p>
    <w:p w14:paraId="1444B85E" w14:textId="77777777" w:rsidR="00826F42" w:rsidRPr="00826F42" w:rsidRDefault="00826F42" w:rsidP="00826F42">
      <w:pPr>
        <w:pStyle w:val="AUKOSSmall"/>
        <w:rPr>
          <w:rFonts w:cs="Times New Roman"/>
          <w:lang w:val="hr-H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98"/>
        <w:gridCol w:w="1776"/>
        <w:gridCol w:w="1598"/>
        <w:gridCol w:w="1953"/>
        <w:gridCol w:w="1421"/>
        <w:gridCol w:w="1006"/>
      </w:tblGrid>
      <w:tr w:rsidR="00FA6934" w:rsidRPr="00826F42" w14:paraId="1C637B0A" w14:textId="77777777" w:rsidTr="00826F42">
        <w:trPr>
          <w:trHeight w:val="360"/>
          <w:jc w:val="center"/>
        </w:trPr>
        <w:tc>
          <w:tcPr>
            <w:tcW w:w="1598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vAlign w:val="center"/>
          </w:tcPr>
          <w:p w14:paraId="2EDE9D11" w14:textId="640F6F11" w:rsidR="00FA6934" w:rsidRPr="00826F42" w:rsidRDefault="00BD2496" w:rsidP="00826F42">
            <w:pPr>
              <w:jc w:val="center"/>
              <w:rPr>
                <w:rFonts w:cs="Times New Roman"/>
                <w:sz w:val="18"/>
                <w:szCs w:val="18"/>
                <w:lang w:val="hr-HR"/>
              </w:rPr>
            </w:pPr>
            <w:r w:rsidRPr="00826F42">
              <w:rPr>
                <w:rFonts w:eastAsia="Times New Roman" w:cs="Times New Roman"/>
                <w:b/>
                <w:sz w:val="18"/>
                <w:szCs w:val="18"/>
                <w:lang w:val="hr-HR"/>
              </w:rPr>
              <w:t xml:space="preserve">Poslodavac / </w:t>
            </w:r>
            <w:r w:rsidRPr="00826F42">
              <w:rPr>
                <w:rFonts w:eastAsia="Times New Roman" w:cs="Times New Roman"/>
                <w:b/>
                <w:sz w:val="18"/>
                <w:szCs w:val="18"/>
                <w:lang w:val="hr-HR"/>
              </w:rPr>
              <w:t>organizacija</w:t>
            </w:r>
            <w:r w:rsidR="00847F2B">
              <w:rPr>
                <w:rFonts w:eastAsia="Times New Roman" w:cs="Times New Roman"/>
                <w:b/>
                <w:sz w:val="18"/>
                <w:szCs w:val="18"/>
                <w:lang w:val="hr-HR"/>
              </w:rPr>
              <w:t xml:space="preserve"> / institucija</w:t>
            </w:r>
          </w:p>
        </w:tc>
        <w:tc>
          <w:tcPr>
            <w:tcW w:w="177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vAlign w:val="center"/>
          </w:tcPr>
          <w:p w14:paraId="2D3C61E7" w14:textId="0A39EA72" w:rsidR="00FA6934" w:rsidRPr="00826F42" w:rsidRDefault="00BD2496" w:rsidP="00826F42">
            <w:pPr>
              <w:jc w:val="center"/>
              <w:rPr>
                <w:rFonts w:cs="Times New Roman"/>
                <w:sz w:val="18"/>
                <w:szCs w:val="18"/>
                <w:lang w:val="hr-HR"/>
              </w:rPr>
            </w:pPr>
            <w:r w:rsidRPr="00826F42">
              <w:rPr>
                <w:rFonts w:eastAsia="Times New Roman" w:cs="Times New Roman"/>
                <w:b/>
                <w:sz w:val="18"/>
                <w:szCs w:val="18"/>
                <w:lang w:val="hr-HR"/>
              </w:rPr>
              <w:t>Naziv projekta / programa</w:t>
            </w:r>
            <w:r w:rsidR="00847F2B">
              <w:rPr>
                <w:rFonts w:eastAsia="Times New Roman" w:cs="Times New Roman"/>
                <w:b/>
                <w:sz w:val="18"/>
                <w:szCs w:val="18"/>
                <w:lang w:val="hr-HR"/>
              </w:rPr>
              <w:t xml:space="preserve"> / aktivnosti</w:t>
            </w:r>
          </w:p>
        </w:tc>
        <w:tc>
          <w:tcPr>
            <w:tcW w:w="1598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vAlign w:val="center"/>
          </w:tcPr>
          <w:p w14:paraId="0084B4C3" w14:textId="77777777" w:rsidR="00FA6934" w:rsidRPr="00826F42" w:rsidRDefault="00BD2496" w:rsidP="00826F42">
            <w:pPr>
              <w:jc w:val="center"/>
              <w:rPr>
                <w:rFonts w:cs="Times New Roman"/>
                <w:sz w:val="18"/>
                <w:szCs w:val="18"/>
                <w:lang w:val="hr-HR"/>
              </w:rPr>
            </w:pPr>
            <w:r w:rsidRPr="00826F42">
              <w:rPr>
                <w:rFonts w:eastAsia="Times New Roman" w:cs="Times New Roman"/>
                <w:b/>
                <w:sz w:val="18"/>
                <w:szCs w:val="18"/>
                <w:lang w:val="hr-HR"/>
              </w:rPr>
              <w:t>Izvor financiranja</w:t>
            </w:r>
          </w:p>
        </w:tc>
        <w:tc>
          <w:tcPr>
            <w:tcW w:w="1953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vAlign w:val="center"/>
          </w:tcPr>
          <w:p w14:paraId="7E174825" w14:textId="77777777" w:rsidR="00FA6934" w:rsidRPr="00826F42" w:rsidRDefault="00BD2496" w:rsidP="00826F42">
            <w:pPr>
              <w:jc w:val="center"/>
              <w:rPr>
                <w:rFonts w:cs="Times New Roman"/>
                <w:sz w:val="18"/>
                <w:szCs w:val="18"/>
                <w:lang w:val="hr-HR"/>
              </w:rPr>
            </w:pPr>
            <w:r w:rsidRPr="00826F42">
              <w:rPr>
                <w:rFonts w:eastAsia="Times New Roman" w:cs="Times New Roman"/>
                <w:b/>
                <w:sz w:val="18"/>
                <w:szCs w:val="18"/>
                <w:lang w:val="hr-HR"/>
              </w:rPr>
              <w:t>Poslovi / uloga</w:t>
            </w:r>
          </w:p>
        </w:tc>
        <w:tc>
          <w:tcPr>
            <w:tcW w:w="1421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vAlign w:val="center"/>
          </w:tcPr>
          <w:p w14:paraId="5E37B332" w14:textId="767DB4FB" w:rsidR="00FA6934" w:rsidRPr="00826F42" w:rsidRDefault="00BD2496" w:rsidP="00826F42">
            <w:pPr>
              <w:jc w:val="center"/>
              <w:rPr>
                <w:rFonts w:cs="Times New Roman"/>
                <w:sz w:val="18"/>
                <w:szCs w:val="18"/>
                <w:lang w:val="hr-HR"/>
              </w:rPr>
            </w:pPr>
            <w:r w:rsidRPr="00826F42">
              <w:rPr>
                <w:rFonts w:eastAsia="Times New Roman" w:cs="Times New Roman"/>
                <w:b/>
                <w:sz w:val="18"/>
                <w:szCs w:val="18"/>
                <w:lang w:val="hr-HR"/>
              </w:rPr>
              <w:t xml:space="preserve">Razdoblje </w:t>
            </w:r>
            <w:r w:rsidR="00847F2B">
              <w:rPr>
                <w:rFonts w:eastAsia="Times New Roman" w:cs="Times New Roman"/>
                <w:b/>
                <w:sz w:val="18"/>
                <w:szCs w:val="18"/>
                <w:lang w:val="hr-HR"/>
              </w:rPr>
              <w:t xml:space="preserve">   </w:t>
            </w:r>
            <w:r w:rsidRPr="00826F42">
              <w:rPr>
                <w:rFonts w:eastAsia="Times New Roman" w:cs="Times New Roman"/>
                <w:b/>
                <w:sz w:val="18"/>
                <w:szCs w:val="18"/>
                <w:lang w:val="hr-HR"/>
              </w:rPr>
              <w:t>od–do</w:t>
            </w:r>
          </w:p>
        </w:tc>
        <w:tc>
          <w:tcPr>
            <w:tcW w:w="100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vAlign w:val="center"/>
          </w:tcPr>
          <w:p w14:paraId="19E25F01" w14:textId="77777777" w:rsidR="00FA6934" w:rsidRPr="00826F42" w:rsidRDefault="00BD2496" w:rsidP="00826F42">
            <w:pPr>
              <w:jc w:val="center"/>
              <w:rPr>
                <w:rFonts w:cs="Times New Roman"/>
                <w:sz w:val="18"/>
                <w:szCs w:val="18"/>
                <w:lang w:val="hr-HR"/>
              </w:rPr>
            </w:pPr>
            <w:r w:rsidRPr="00826F42">
              <w:rPr>
                <w:rFonts w:eastAsia="Times New Roman" w:cs="Times New Roman"/>
                <w:b/>
                <w:sz w:val="18"/>
                <w:szCs w:val="18"/>
                <w:lang w:val="hr-HR"/>
              </w:rPr>
              <w:t>Trajanje (mj.)</w:t>
            </w:r>
          </w:p>
        </w:tc>
      </w:tr>
      <w:tr w:rsidR="00FA6934" w:rsidRPr="00826F42" w14:paraId="5BEA5C0D" w14:textId="77777777" w:rsidTr="00826F42">
        <w:trPr>
          <w:trHeight w:val="541"/>
          <w:jc w:val="center"/>
        </w:trPr>
        <w:tc>
          <w:tcPr>
            <w:tcW w:w="1598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2F73E1A9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77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0BA4DEA0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598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4EFD4583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953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6560A4EE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421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47A41F58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00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7E53477C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</w:tr>
      <w:tr w:rsidR="00FA6934" w:rsidRPr="00826F42" w14:paraId="2AD10F65" w14:textId="77777777" w:rsidTr="00826F42">
        <w:trPr>
          <w:trHeight w:val="541"/>
          <w:jc w:val="center"/>
        </w:trPr>
        <w:tc>
          <w:tcPr>
            <w:tcW w:w="1598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48DA503D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77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7A45151D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598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4747FB63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953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2F83D690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421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6FCB24BB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00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5F4D12A4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</w:tr>
      <w:tr w:rsidR="00FA6934" w:rsidRPr="00826F42" w14:paraId="73CD0F77" w14:textId="77777777" w:rsidTr="00826F42">
        <w:trPr>
          <w:trHeight w:val="541"/>
          <w:jc w:val="center"/>
        </w:trPr>
        <w:tc>
          <w:tcPr>
            <w:tcW w:w="1598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31486C29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77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426A2BE6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598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7E22E992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953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1C679022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421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4C113933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00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4BCC32FE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</w:tr>
      <w:tr w:rsidR="00FA6934" w:rsidRPr="00826F42" w14:paraId="16F24F72" w14:textId="77777777" w:rsidTr="00826F42">
        <w:trPr>
          <w:trHeight w:val="541"/>
          <w:jc w:val="center"/>
        </w:trPr>
        <w:tc>
          <w:tcPr>
            <w:tcW w:w="1598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1CD7363A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77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07481B6D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598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7450DB98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953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5D053C7F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421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2CEEABBB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00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5B3EE55F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</w:tr>
      <w:tr w:rsidR="00FA6934" w:rsidRPr="00826F42" w14:paraId="2FB82B87" w14:textId="77777777" w:rsidTr="00826F42">
        <w:trPr>
          <w:trHeight w:val="541"/>
          <w:jc w:val="center"/>
        </w:trPr>
        <w:tc>
          <w:tcPr>
            <w:tcW w:w="1598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68DE8B66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77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3C96B0BB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598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7C06C641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953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2AF0A107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421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6C5E554B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  <w:tc>
          <w:tcPr>
            <w:tcW w:w="100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79FB1095" w14:textId="77777777" w:rsidR="00FA6934" w:rsidRPr="00826F42" w:rsidRDefault="00FA6934" w:rsidP="00826F42">
            <w:pPr>
              <w:rPr>
                <w:rFonts w:cs="Times New Roman"/>
                <w:lang w:val="hr-HR"/>
              </w:rPr>
            </w:pPr>
          </w:p>
        </w:tc>
      </w:tr>
    </w:tbl>
    <w:p w14:paraId="30E7DE30" w14:textId="77777777" w:rsidR="00826F42" w:rsidRDefault="00826F42" w:rsidP="00826F42">
      <w:pPr>
        <w:jc w:val="right"/>
        <w:rPr>
          <w:rFonts w:eastAsia="Times New Roman" w:cs="Times New Roman"/>
          <w:b/>
          <w:sz w:val="22"/>
          <w:lang w:val="hr-HR"/>
        </w:rPr>
      </w:pPr>
    </w:p>
    <w:p w14:paraId="5CC9FA0D" w14:textId="77777777" w:rsidR="00826F42" w:rsidRDefault="00826F42" w:rsidP="00826F42">
      <w:pPr>
        <w:keepNext/>
        <w:rPr>
          <w:rFonts w:eastAsia="Times New Roman" w:cs="Times New Roman"/>
          <w:b/>
          <w:lang w:val="hr-HR"/>
        </w:rPr>
      </w:pPr>
    </w:p>
    <w:p w14:paraId="1E150F16" w14:textId="77777777" w:rsidR="00826F42" w:rsidRDefault="00826F42" w:rsidP="00826F42">
      <w:pPr>
        <w:keepNext/>
        <w:rPr>
          <w:rFonts w:eastAsia="Times New Roman" w:cs="Times New Roman"/>
          <w:b/>
          <w:sz w:val="22"/>
          <w:lang w:val="hr-HR"/>
        </w:rPr>
      </w:pPr>
    </w:p>
    <w:p w14:paraId="5F1169FC" w14:textId="4A43976D" w:rsidR="00FA6934" w:rsidRDefault="00BD2496" w:rsidP="00826F42">
      <w:pPr>
        <w:keepNext/>
        <w:rPr>
          <w:rFonts w:eastAsia="Times New Roman" w:cs="Times New Roman"/>
          <w:b/>
          <w:sz w:val="22"/>
          <w:lang w:val="hr-HR"/>
        </w:rPr>
      </w:pPr>
      <w:r w:rsidRPr="00826F42">
        <w:rPr>
          <w:rFonts w:eastAsia="Times New Roman" w:cs="Times New Roman"/>
          <w:b/>
          <w:sz w:val="22"/>
          <w:lang w:val="hr-HR"/>
        </w:rPr>
        <w:t>4. DODATNE KOMPETENCIJE</w:t>
      </w:r>
    </w:p>
    <w:p w14:paraId="2BAC1409" w14:textId="77777777" w:rsidR="00826F42" w:rsidRPr="00826F42" w:rsidRDefault="00826F42" w:rsidP="00826F42">
      <w:pPr>
        <w:keepNext/>
        <w:rPr>
          <w:rFonts w:cs="Times New Roman"/>
          <w:sz w:val="22"/>
          <w:lang w:val="hr-H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701"/>
        <w:gridCol w:w="3798"/>
      </w:tblGrid>
      <w:tr w:rsidR="00FA6934" w:rsidRPr="00826F42" w14:paraId="7EAAF647" w14:textId="77777777">
        <w:trPr>
          <w:trHeight w:val="482"/>
          <w:jc w:val="center"/>
        </w:trPr>
        <w:tc>
          <w:tcPr>
            <w:tcW w:w="3969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vAlign w:val="center"/>
          </w:tcPr>
          <w:p w14:paraId="3A1BD69E" w14:textId="77777777" w:rsidR="00FA6934" w:rsidRPr="00826F42" w:rsidRDefault="00BD2496" w:rsidP="00826F42">
            <w:pPr>
              <w:rPr>
                <w:rFonts w:cs="Times New Roman"/>
                <w:sz w:val="22"/>
                <w:lang w:val="hr-HR"/>
              </w:rPr>
            </w:pPr>
            <w:r w:rsidRPr="00826F42">
              <w:rPr>
                <w:rFonts w:eastAsia="Times New Roman" w:cs="Times New Roman"/>
                <w:b/>
                <w:sz w:val="22"/>
                <w:lang w:val="hr-HR"/>
              </w:rPr>
              <w:t>Aktivno znanje engleskog jezika</w:t>
            </w:r>
          </w:p>
        </w:tc>
        <w:tc>
          <w:tcPr>
            <w:tcW w:w="1701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59053EB8" w14:textId="77777777" w:rsidR="00FA6934" w:rsidRPr="00826F42" w:rsidRDefault="00BD2496" w:rsidP="00826F42">
            <w:pPr>
              <w:jc w:val="center"/>
              <w:rPr>
                <w:rFonts w:cs="Times New Roman"/>
                <w:sz w:val="22"/>
                <w:lang w:val="hr-HR"/>
              </w:rPr>
            </w:pPr>
            <w:r w:rsidRPr="00826F42">
              <w:rPr>
                <w:rFonts w:eastAsia="Times New Roman" w:cs="Times New Roman"/>
                <w:b/>
                <w:sz w:val="22"/>
                <w:lang w:val="hr-HR"/>
              </w:rPr>
              <w:t>DA / NE</w:t>
            </w:r>
          </w:p>
        </w:tc>
        <w:tc>
          <w:tcPr>
            <w:tcW w:w="3798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3943F216" w14:textId="26B5E0AA" w:rsidR="00FA6934" w:rsidRPr="00826F42" w:rsidRDefault="00BD2496" w:rsidP="00826F42">
            <w:pPr>
              <w:rPr>
                <w:rFonts w:eastAsia="Times New Roman" w:cs="Times New Roman"/>
                <w:sz w:val="22"/>
                <w:lang w:val="hr-HR"/>
              </w:rPr>
            </w:pPr>
            <w:r w:rsidRPr="00826F42">
              <w:rPr>
                <w:rFonts w:eastAsia="Times New Roman" w:cs="Times New Roman"/>
                <w:sz w:val="22"/>
                <w:lang w:val="hr-HR"/>
              </w:rPr>
              <w:t>Napomena / dokaz:</w:t>
            </w:r>
          </w:p>
        </w:tc>
      </w:tr>
      <w:tr w:rsidR="00FA6934" w:rsidRPr="00826F42" w14:paraId="54855786" w14:textId="77777777">
        <w:trPr>
          <w:trHeight w:val="482"/>
          <w:jc w:val="center"/>
        </w:trPr>
        <w:tc>
          <w:tcPr>
            <w:tcW w:w="3969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vAlign w:val="center"/>
          </w:tcPr>
          <w:p w14:paraId="7FB6FC26" w14:textId="77777777" w:rsidR="00FA6934" w:rsidRPr="00826F42" w:rsidRDefault="00BD2496" w:rsidP="00826F42">
            <w:pPr>
              <w:rPr>
                <w:rFonts w:cs="Times New Roman"/>
                <w:sz w:val="22"/>
                <w:lang w:val="hr-HR"/>
              </w:rPr>
            </w:pPr>
            <w:r w:rsidRPr="00826F42">
              <w:rPr>
                <w:rFonts w:eastAsia="Times New Roman" w:cs="Times New Roman"/>
                <w:b/>
                <w:sz w:val="22"/>
                <w:lang w:val="hr-HR"/>
              </w:rPr>
              <w:t>Informatička pismenost</w:t>
            </w:r>
          </w:p>
        </w:tc>
        <w:tc>
          <w:tcPr>
            <w:tcW w:w="1701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29F42F79" w14:textId="77777777" w:rsidR="00FA6934" w:rsidRPr="00826F42" w:rsidRDefault="00BD2496" w:rsidP="00826F42">
            <w:pPr>
              <w:jc w:val="center"/>
              <w:rPr>
                <w:rFonts w:cs="Times New Roman"/>
                <w:sz w:val="22"/>
                <w:lang w:val="hr-HR"/>
              </w:rPr>
            </w:pPr>
            <w:r w:rsidRPr="00826F42">
              <w:rPr>
                <w:rFonts w:eastAsia="Times New Roman" w:cs="Times New Roman"/>
                <w:b/>
                <w:sz w:val="22"/>
                <w:lang w:val="hr-HR"/>
              </w:rPr>
              <w:t>DA / NE</w:t>
            </w:r>
          </w:p>
        </w:tc>
        <w:tc>
          <w:tcPr>
            <w:tcW w:w="3798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vAlign w:val="center"/>
          </w:tcPr>
          <w:p w14:paraId="17CDFD91" w14:textId="04C8CEE5" w:rsidR="00FA6934" w:rsidRPr="00826F42" w:rsidRDefault="00BD2496" w:rsidP="00826F42">
            <w:pPr>
              <w:rPr>
                <w:rFonts w:cs="Times New Roman"/>
                <w:sz w:val="22"/>
                <w:lang w:val="hr-HR"/>
              </w:rPr>
            </w:pPr>
            <w:r w:rsidRPr="00826F42">
              <w:rPr>
                <w:rFonts w:eastAsia="Times New Roman" w:cs="Times New Roman"/>
                <w:sz w:val="22"/>
                <w:lang w:val="hr-HR"/>
              </w:rPr>
              <w:t>Napomena / dokaz</w:t>
            </w:r>
            <w:r w:rsidR="00826F42" w:rsidRPr="00826F42">
              <w:rPr>
                <w:rFonts w:eastAsia="Times New Roman" w:cs="Times New Roman"/>
                <w:sz w:val="22"/>
                <w:lang w:val="hr-HR"/>
              </w:rPr>
              <w:t>:</w:t>
            </w:r>
          </w:p>
        </w:tc>
      </w:tr>
    </w:tbl>
    <w:p w14:paraId="715CA187" w14:textId="77777777" w:rsidR="00826F42" w:rsidRPr="00826F42" w:rsidRDefault="00826F42" w:rsidP="00826F42">
      <w:pPr>
        <w:keepNext/>
        <w:rPr>
          <w:rFonts w:eastAsia="Times New Roman" w:cs="Times New Roman"/>
          <w:b/>
          <w:sz w:val="22"/>
          <w:lang w:val="hr-HR"/>
        </w:rPr>
      </w:pPr>
    </w:p>
    <w:p w14:paraId="684A0D1E" w14:textId="77777777" w:rsidR="00826F42" w:rsidRPr="00826F42" w:rsidRDefault="00826F42" w:rsidP="00826F42">
      <w:pPr>
        <w:keepNext/>
        <w:rPr>
          <w:rFonts w:eastAsia="Times New Roman" w:cs="Times New Roman"/>
          <w:b/>
          <w:sz w:val="22"/>
          <w:lang w:val="hr-HR"/>
        </w:rPr>
      </w:pPr>
    </w:p>
    <w:p w14:paraId="1A7BA432" w14:textId="09ADB6CA" w:rsidR="00FA6934" w:rsidRPr="00826F42" w:rsidRDefault="00BD2496" w:rsidP="00826F42">
      <w:pPr>
        <w:keepNext/>
        <w:rPr>
          <w:rFonts w:cs="Times New Roman"/>
          <w:sz w:val="22"/>
          <w:lang w:val="hr-HR"/>
        </w:rPr>
      </w:pPr>
      <w:r w:rsidRPr="00826F42">
        <w:rPr>
          <w:rFonts w:eastAsia="Times New Roman" w:cs="Times New Roman"/>
          <w:b/>
          <w:sz w:val="22"/>
          <w:lang w:val="hr-HR"/>
        </w:rPr>
        <w:t>5. PRAVO PREDNOSTI PRI ZAPOŠLJAVANJU</w:t>
      </w:r>
    </w:p>
    <w:p w14:paraId="5FF8DEE8" w14:textId="77777777" w:rsidR="00826F42" w:rsidRPr="00826F42" w:rsidRDefault="00826F42" w:rsidP="00826F42">
      <w:pPr>
        <w:spacing w:after="120"/>
        <w:rPr>
          <w:rFonts w:eastAsia="Times New Roman" w:cs="Times New Roman"/>
          <w:sz w:val="22"/>
          <w:lang w:val="hr-HR"/>
        </w:rPr>
      </w:pPr>
    </w:p>
    <w:p w14:paraId="1456D6F4" w14:textId="52CB6545" w:rsidR="00FA6934" w:rsidRPr="00826F42" w:rsidRDefault="00BD2496" w:rsidP="00826F42">
      <w:pPr>
        <w:spacing w:after="120"/>
        <w:rPr>
          <w:rFonts w:cs="Times New Roman"/>
          <w:sz w:val="22"/>
          <w:lang w:val="hr-HR"/>
        </w:rPr>
      </w:pPr>
      <w:r w:rsidRPr="00826F42">
        <w:rPr>
          <w:rFonts w:eastAsia="Times New Roman" w:cs="Times New Roman"/>
          <w:sz w:val="22"/>
          <w:lang w:val="hr-HR"/>
        </w:rPr>
        <w:t>Pozivam se na pravo prednosti pri zapošljavanju prema posebnom propisu:   □ DA   □ NE</w:t>
      </w:r>
    </w:p>
    <w:p w14:paraId="6280F860" w14:textId="77777777" w:rsidR="00FA6934" w:rsidRPr="00826F42" w:rsidRDefault="00BD2496" w:rsidP="00826F42">
      <w:pPr>
        <w:spacing w:after="120"/>
        <w:rPr>
          <w:rFonts w:cs="Times New Roman"/>
          <w:sz w:val="22"/>
          <w:lang w:val="hr-HR"/>
        </w:rPr>
      </w:pPr>
      <w:r w:rsidRPr="00826F42">
        <w:rPr>
          <w:rFonts w:eastAsia="Times New Roman" w:cs="Times New Roman"/>
          <w:sz w:val="22"/>
          <w:lang w:val="hr-HR"/>
        </w:rPr>
        <w:t>Ako DA, navesti pravnu osnovu: _______________________________________________</w:t>
      </w:r>
      <w:r w:rsidRPr="00826F42">
        <w:rPr>
          <w:rFonts w:eastAsia="Times New Roman" w:cs="Times New Roman"/>
          <w:sz w:val="22"/>
          <w:lang w:val="hr-HR"/>
        </w:rPr>
        <w:t>_________________</w:t>
      </w:r>
    </w:p>
    <w:p w14:paraId="08C55B63" w14:textId="77777777" w:rsidR="00FA6934" w:rsidRPr="00826F42" w:rsidRDefault="00BD2496" w:rsidP="00826F42">
      <w:pPr>
        <w:spacing w:after="120"/>
        <w:rPr>
          <w:rFonts w:cs="Times New Roman"/>
          <w:sz w:val="22"/>
          <w:lang w:val="hr-HR"/>
        </w:rPr>
      </w:pPr>
      <w:r w:rsidRPr="00826F42">
        <w:rPr>
          <w:rFonts w:eastAsia="Times New Roman" w:cs="Times New Roman"/>
          <w:sz w:val="22"/>
          <w:lang w:val="hr-HR"/>
        </w:rPr>
        <w:t>Dokazi o ostvarivanju prava priloženi su prijavi:   □ DA   □ NE</w:t>
      </w:r>
    </w:p>
    <w:p w14:paraId="454325D2" w14:textId="77777777" w:rsidR="00826F42" w:rsidRPr="00826F42" w:rsidRDefault="00826F42" w:rsidP="00826F42">
      <w:pPr>
        <w:keepNext/>
        <w:rPr>
          <w:rFonts w:eastAsia="Times New Roman" w:cs="Times New Roman"/>
          <w:b/>
          <w:sz w:val="22"/>
          <w:lang w:val="hr-HR"/>
        </w:rPr>
      </w:pPr>
    </w:p>
    <w:p w14:paraId="1FD8FE36" w14:textId="77777777" w:rsidR="00826F42" w:rsidRPr="00826F42" w:rsidRDefault="00826F42" w:rsidP="00826F42">
      <w:pPr>
        <w:keepNext/>
        <w:rPr>
          <w:rFonts w:eastAsia="Times New Roman" w:cs="Times New Roman"/>
          <w:b/>
          <w:sz w:val="22"/>
          <w:lang w:val="hr-HR"/>
        </w:rPr>
      </w:pPr>
    </w:p>
    <w:p w14:paraId="164F96A5" w14:textId="3C0ED39D" w:rsidR="00FA6934" w:rsidRDefault="00BD2496" w:rsidP="00826F42">
      <w:pPr>
        <w:keepNext/>
        <w:rPr>
          <w:rFonts w:eastAsia="Times New Roman" w:cs="Times New Roman"/>
          <w:b/>
          <w:sz w:val="22"/>
          <w:lang w:val="hr-HR"/>
        </w:rPr>
      </w:pPr>
      <w:r w:rsidRPr="00826F42">
        <w:rPr>
          <w:rFonts w:eastAsia="Times New Roman" w:cs="Times New Roman"/>
          <w:b/>
          <w:sz w:val="22"/>
          <w:lang w:val="hr-HR"/>
        </w:rPr>
        <w:t>6. POPIS PRILOŽENE DOKUMENTACIJE</w:t>
      </w:r>
    </w:p>
    <w:p w14:paraId="54539D88" w14:textId="77777777" w:rsidR="00826F42" w:rsidRPr="00826F42" w:rsidRDefault="00826F42" w:rsidP="00826F42">
      <w:pPr>
        <w:keepNext/>
        <w:rPr>
          <w:rFonts w:cs="Times New Roman"/>
          <w:sz w:val="22"/>
          <w:lang w:val="hr-HR"/>
        </w:rPr>
      </w:pPr>
    </w:p>
    <w:p w14:paraId="0652FBD5" w14:textId="77777777" w:rsidR="00FA6934" w:rsidRPr="00826F42" w:rsidRDefault="00BD2496" w:rsidP="00826F42">
      <w:pPr>
        <w:ind w:left="170"/>
        <w:rPr>
          <w:rFonts w:cs="Times New Roman"/>
          <w:sz w:val="22"/>
          <w:lang w:val="hr-HR"/>
        </w:rPr>
      </w:pPr>
      <w:r w:rsidRPr="00826F42">
        <w:rPr>
          <w:rFonts w:eastAsia="Times New Roman" w:cs="Times New Roman"/>
          <w:sz w:val="22"/>
          <w:lang w:val="hr-HR"/>
        </w:rPr>
        <w:t>□ vlastoručno potpisan Obrazac A – Prijava na natječaj za rad na projektu</w:t>
      </w:r>
    </w:p>
    <w:p w14:paraId="3893BD39" w14:textId="43F30E9B" w:rsidR="00FA6934" w:rsidRDefault="00BD2496" w:rsidP="00826F42">
      <w:pPr>
        <w:ind w:left="170"/>
        <w:rPr>
          <w:rFonts w:eastAsia="Times New Roman" w:cs="Times New Roman"/>
          <w:sz w:val="22"/>
          <w:lang w:val="hr-HR"/>
        </w:rPr>
      </w:pPr>
      <w:r w:rsidRPr="00826F42">
        <w:rPr>
          <w:rFonts w:eastAsia="Times New Roman" w:cs="Times New Roman"/>
          <w:sz w:val="22"/>
          <w:lang w:val="hr-HR"/>
        </w:rPr>
        <w:t>□ životopis</w:t>
      </w:r>
      <w:r w:rsidR="00847F2B">
        <w:rPr>
          <w:rFonts w:eastAsia="Times New Roman" w:cs="Times New Roman"/>
          <w:sz w:val="22"/>
          <w:lang w:val="hr-HR"/>
        </w:rPr>
        <w:t xml:space="preserve"> </w:t>
      </w:r>
    </w:p>
    <w:p w14:paraId="0E187394" w14:textId="33BBA563" w:rsidR="00847F2B" w:rsidRPr="00847F2B" w:rsidRDefault="00847F2B" w:rsidP="00847F2B">
      <w:pPr>
        <w:ind w:left="170"/>
        <w:rPr>
          <w:rFonts w:eastAsia="Times New Roman" w:cs="Times New Roman"/>
          <w:sz w:val="22"/>
          <w:lang w:val="hr-HR"/>
        </w:rPr>
      </w:pPr>
      <w:r w:rsidRPr="00826F42">
        <w:rPr>
          <w:rFonts w:eastAsia="Times New Roman" w:cs="Times New Roman"/>
          <w:sz w:val="22"/>
          <w:lang w:val="hr-HR"/>
        </w:rPr>
        <w:t xml:space="preserve">□ </w:t>
      </w:r>
      <w:r>
        <w:rPr>
          <w:rFonts w:eastAsia="Times New Roman" w:cs="Times New Roman"/>
          <w:sz w:val="22"/>
          <w:lang w:val="hr-HR"/>
        </w:rPr>
        <w:t>motivacijsko pismo</w:t>
      </w:r>
    </w:p>
    <w:p w14:paraId="16CEF8F2" w14:textId="77777777" w:rsidR="00FA6934" w:rsidRPr="00826F42" w:rsidRDefault="00BD2496" w:rsidP="00826F42">
      <w:pPr>
        <w:ind w:left="170"/>
        <w:rPr>
          <w:rFonts w:cs="Times New Roman"/>
          <w:sz w:val="22"/>
          <w:lang w:val="hr-HR"/>
        </w:rPr>
      </w:pPr>
      <w:r w:rsidRPr="00826F42">
        <w:rPr>
          <w:rFonts w:eastAsia="Times New Roman" w:cs="Times New Roman"/>
          <w:sz w:val="22"/>
          <w:lang w:val="hr-HR"/>
        </w:rPr>
        <w:t xml:space="preserve">□ izvornik ili ovjerena </w:t>
      </w:r>
      <w:r w:rsidRPr="00826F42">
        <w:rPr>
          <w:rFonts w:eastAsia="Times New Roman" w:cs="Times New Roman"/>
          <w:sz w:val="22"/>
          <w:lang w:val="hr-HR"/>
        </w:rPr>
        <w:t>preslika diplome</w:t>
      </w:r>
    </w:p>
    <w:p w14:paraId="1D310919" w14:textId="77777777" w:rsidR="00FA6934" w:rsidRPr="00826F42" w:rsidRDefault="00BD2496" w:rsidP="00826F42">
      <w:pPr>
        <w:ind w:left="170"/>
        <w:rPr>
          <w:rFonts w:cs="Times New Roman"/>
          <w:sz w:val="22"/>
          <w:lang w:val="hr-HR"/>
        </w:rPr>
      </w:pPr>
      <w:r w:rsidRPr="00826F42">
        <w:rPr>
          <w:rFonts w:eastAsia="Times New Roman" w:cs="Times New Roman"/>
          <w:sz w:val="22"/>
          <w:lang w:val="hr-HR"/>
        </w:rPr>
        <w:t>□ preslika identifikacijske isprave</w:t>
      </w:r>
    </w:p>
    <w:p w14:paraId="7D36CBDC" w14:textId="77777777" w:rsidR="00FA6934" w:rsidRPr="00826F42" w:rsidRDefault="00BD2496" w:rsidP="00826F42">
      <w:pPr>
        <w:ind w:left="170"/>
        <w:rPr>
          <w:rFonts w:cs="Times New Roman"/>
          <w:sz w:val="22"/>
          <w:lang w:val="hr-HR"/>
        </w:rPr>
      </w:pPr>
      <w:r w:rsidRPr="00826F42">
        <w:rPr>
          <w:rFonts w:eastAsia="Times New Roman" w:cs="Times New Roman"/>
          <w:sz w:val="22"/>
          <w:lang w:val="hr-HR"/>
        </w:rPr>
        <w:t xml:space="preserve">□ </w:t>
      </w:r>
      <w:r w:rsidRPr="00B03584">
        <w:rPr>
          <w:rFonts w:eastAsia="Times New Roman" w:cs="Times New Roman"/>
          <w:sz w:val="22"/>
          <w:lang w:val="hr-HR"/>
        </w:rPr>
        <w:t>elektronički zapis HZMO-a (e-radna knjižica)</w:t>
      </w:r>
    </w:p>
    <w:p w14:paraId="068A579A" w14:textId="77777777" w:rsidR="00FA6934" w:rsidRPr="00826F42" w:rsidRDefault="00BD2496" w:rsidP="00826F42">
      <w:pPr>
        <w:ind w:left="170"/>
        <w:rPr>
          <w:rFonts w:cs="Times New Roman"/>
          <w:sz w:val="22"/>
          <w:lang w:val="hr-HR"/>
        </w:rPr>
      </w:pPr>
      <w:r w:rsidRPr="00826F42">
        <w:rPr>
          <w:rFonts w:eastAsia="Times New Roman" w:cs="Times New Roman"/>
          <w:sz w:val="22"/>
          <w:lang w:val="hr-HR"/>
        </w:rPr>
        <w:t>□ popunjen i potpisan Obrazac 9 – Privola</w:t>
      </w:r>
    </w:p>
    <w:p w14:paraId="044F5038" w14:textId="77777777" w:rsidR="00FA6934" w:rsidRPr="00826F42" w:rsidRDefault="00BD2496" w:rsidP="00826F42">
      <w:pPr>
        <w:ind w:left="170"/>
        <w:rPr>
          <w:rFonts w:cs="Times New Roman"/>
          <w:sz w:val="22"/>
          <w:lang w:val="hr-HR"/>
        </w:rPr>
      </w:pPr>
      <w:r w:rsidRPr="00826F42">
        <w:rPr>
          <w:rFonts w:eastAsia="Times New Roman" w:cs="Times New Roman"/>
          <w:sz w:val="22"/>
          <w:lang w:val="hr-HR"/>
        </w:rPr>
        <w:t>□ dokazi za ostvarivanje prava prednosti pri zapošljavanju (ako je primjenjivo)</w:t>
      </w:r>
    </w:p>
    <w:p w14:paraId="71C51A54" w14:textId="77777777" w:rsidR="00FA6934" w:rsidRPr="00826F42" w:rsidRDefault="00BD2496" w:rsidP="00826F42">
      <w:pPr>
        <w:ind w:left="170"/>
        <w:rPr>
          <w:rFonts w:cs="Times New Roman"/>
          <w:sz w:val="22"/>
          <w:lang w:val="hr-HR"/>
        </w:rPr>
      </w:pPr>
      <w:r w:rsidRPr="00826F42">
        <w:rPr>
          <w:rFonts w:eastAsia="Times New Roman" w:cs="Times New Roman"/>
          <w:sz w:val="22"/>
          <w:lang w:val="hr-HR"/>
        </w:rPr>
        <w:t>□ ostalo: ________________________</w:t>
      </w:r>
      <w:r w:rsidRPr="00826F42">
        <w:rPr>
          <w:rFonts w:eastAsia="Times New Roman" w:cs="Times New Roman"/>
          <w:sz w:val="22"/>
          <w:lang w:val="hr-HR"/>
        </w:rPr>
        <w:t>____________________________________________________</w:t>
      </w:r>
    </w:p>
    <w:p w14:paraId="78D032AD" w14:textId="77777777" w:rsidR="00826F42" w:rsidRDefault="00826F42" w:rsidP="00826F42">
      <w:pPr>
        <w:rPr>
          <w:rFonts w:eastAsia="Times New Roman" w:cs="Times New Roman"/>
          <w:sz w:val="22"/>
          <w:lang w:val="hr-HR"/>
        </w:rPr>
      </w:pPr>
    </w:p>
    <w:p w14:paraId="1C692EFE" w14:textId="77777777" w:rsidR="00826F42" w:rsidRDefault="00826F42" w:rsidP="00826F42">
      <w:pPr>
        <w:rPr>
          <w:rFonts w:eastAsia="Times New Roman" w:cs="Times New Roman"/>
          <w:sz w:val="22"/>
          <w:lang w:val="hr-HR"/>
        </w:rPr>
      </w:pPr>
    </w:p>
    <w:p w14:paraId="31900C3E" w14:textId="66350E0E" w:rsidR="00FA6934" w:rsidRDefault="00BD2496" w:rsidP="00826F42">
      <w:pPr>
        <w:rPr>
          <w:rFonts w:eastAsia="Times New Roman" w:cs="Times New Roman"/>
          <w:sz w:val="22"/>
          <w:lang w:val="hr-HR"/>
        </w:rPr>
      </w:pPr>
      <w:r w:rsidRPr="00826F42">
        <w:rPr>
          <w:rFonts w:eastAsia="Times New Roman" w:cs="Times New Roman"/>
          <w:sz w:val="22"/>
          <w:lang w:val="hr-HR"/>
        </w:rPr>
        <w:t>Izjavljujem da su podatci navedeni u ovoj prijavi potpuni i istiniti te da Akademija može provjeriti podatke i dokaze dostavljene u okviru natječajnog postupka.</w:t>
      </w:r>
    </w:p>
    <w:p w14:paraId="4D70A86A" w14:textId="77777777" w:rsidR="00826F42" w:rsidRDefault="00826F42" w:rsidP="00826F42">
      <w:pPr>
        <w:rPr>
          <w:rFonts w:eastAsia="Times New Roman" w:cs="Times New Roman"/>
          <w:sz w:val="22"/>
          <w:lang w:val="hr-HR"/>
        </w:rPr>
      </w:pPr>
    </w:p>
    <w:p w14:paraId="07F752A4" w14:textId="77777777" w:rsidR="00826F42" w:rsidRDefault="00826F42" w:rsidP="00826F42">
      <w:pPr>
        <w:rPr>
          <w:rFonts w:eastAsia="Times New Roman" w:cs="Times New Roman"/>
          <w:sz w:val="22"/>
          <w:lang w:val="hr-HR"/>
        </w:rPr>
      </w:pPr>
    </w:p>
    <w:p w14:paraId="05A6A5BB" w14:textId="1DDE04FE" w:rsidR="00826F42" w:rsidRDefault="00826F42" w:rsidP="00826F42">
      <w:pPr>
        <w:rPr>
          <w:rFonts w:eastAsia="Times New Roman" w:cs="Times New Roman"/>
          <w:sz w:val="22"/>
          <w:lang w:val="hr-HR"/>
        </w:rPr>
      </w:pPr>
      <w:r w:rsidRPr="00826F42">
        <w:rPr>
          <w:rFonts w:eastAsia="Times New Roman" w:cs="Times New Roman"/>
          <w:sz w:val="22"/>
          <w:lang w:val="hr-HR"/>
        </w:rPr>
        <w:t>Mjesto i datum:</w:t>
      </w:r>
      <w:r>
        <w:rPr>
          <w:rFonts w:eastAsia="Times New Roman" w:cs="Times New Roman"/>
          <w:sz w:val="22"/>
          <w:lang w:val="hr-HR"/>
        </w:rPr>
        <w:tab/>
      </w:r>
      <w:r>
        <w:rPr>
          <w:rFonts w:eastAsia="Times New Roman" w:cs="Times New Roman"/>
          <w:sz w:val="22"/>
          <w:lang w:val="hr-HR"/>
        </w:rPr>
        <w:tab/>
      </w:r>
      <w:r w:rsidRPr="00826F42">
        <w:rPr>
          <w:rFonts w:eastAsia="Times New Roman" w:cs="Times New Roman"/>
          <w:sz w:val="22"/>
          <w:lang w:val="hr-HR"/>
        </w:rPr>
        <w:t xml:space="preserve"> ______________________</w:t>
      </w:r>
      <w:r>
        <w:rPr>
          <w:rFonts w:eastAsia="Times New Roman" w:cs="Times New Roman"/>
          <w:sz w:val="22"/>
          <w:lang w:val="hr-HR"/>
        </w:rPr>
        <w:t>_</w:t>
      </w:r>
    </w:p>
    <w:p w14:paraId="6F80DF97" w14:textId="77777777" w:rsidR="00826F42" w:rsidRDefault="00826F42" w:rsidP="00826F42">
      <w:pPr>
        <w:rPr>
          <w:rFonts w:eastAsia="Times New Roman" w:cs="Times New Roman"/>
          <w:sz w:val="22"/>
          <w:lang w:val="hr-HR"/>
        </w:rPr>
      </w:pPr>
    </w:p>
    <w:p w14:paraId="4F490CC5" w14:textId="77777777" w:rsidR="00826F42" w:rsidRDefault="00826F42" w:rsidP="00826F42">
      <w:pPr>
        <w:rPr>
          <w:rFonts w:eastAsia="Times New Roman" w:cs="Times New Roman"/>
          <w:sz w:val="22"/>
          <w:lang w:val="hr-HR"/>
        </w:rPr>
      </w:pPr>
    </w:p>
    <w:p w14:paraId="660DB3BC" w14:textId="77777777" w:rsidR="00826F42" w:rsidRDefault="00826F42" w:rsidP="00826F42">
      <w:pPr>
        <w:rPr>
          <w:rFonts w:eastAsia="Times New Roman" w:cs="Times New Roman"/>
          <w:sz w:val="22"/>
          <w:lang w:val="hr-HR"/>
        </w:rPr>
      </w:pPr>
    </w:p>
    <w:p w14:paraId="14AAAAFA" w14:textId="269C5153" w:rsidR="00826F42" w:rsidRDefault="00826F42" w:rsidP="00826F42">
      <w:pPr>
        <w:rPr>
          <w:rFonts w:eastAsia="Times New Roman" w:cs="Times New Roman"/>
          <w:sz w:val="22"/>
          <w:lang w:val="hr-HR"/>
        </w:rPr>
      </w:pPr>
      <w:r w:rsidRPr="00826F42">
        <w:rPr>
          <w:rFonts w:eastAsia="Times New Roman" w:cs="Times New Roman"/>
          <w:sz w:val="22"/>
          <w:lang w:val="hr-HR"/>
        </w:rPr>
        <w:t xml:space="preserve">Vlastoručni potpis: </w:t>
      </w:r>
      <w:r>
        <w:rPr>
          <w:rFonts w:eastAsia="Times New Roman" w:cs="Times New Roman"/>
          <w:sz w:val="22"/>
          <w:lang w:val="hr-HR"/>
        </w:rPr>
        <w:tab/>
      </w:r>
      <w:r w:rsidRPr="00826F42">
        <w:rPr>
          <w:rFonts w:eastAsia="Times New Roman" w:cs="Times New Roman"/>
          <w:sz w:val="22"/>
          <w:lang w:val="hr-HR"/>
        </w:rPr>
        <w:t>_______________________</w:t>
      </w:r>
    </w:p>
    <w:p w14:paraId="0133CD13" w14:textId="77777777" w:rsidR="00826F42" w:rsidRPr="00826F42" w:rsidRDefault="00826F42" w:rsidP="00826F42">
      <w:pPr>
        <w:rPr>
          <w:rFonts w:cs="Times New Roman"/>
          <w:sz w:val="22"/>
          <w:lang w:val="hr-HR"/>
        </w:rPr>
      </w:pPr>
    </w:p>
    <w:p w14:paraId="000FAAE1" w14:textId="77777777" w:rsidR="007A72B9" w:rsidRPr="00826F42" w:rsidRDefault="007A72B9" w:rsidP="00826F42">
      <w:pPr>
        <w:rPr>
          <w:rFonts w:cs="Times New Roman"/>
          <w:sz w:val="22"/>
          <w:lang w:val="hr-HR"/>
        </w:rPr>
      </w:pPr>
    </w:p>
    <w:sectPr w:rsidR="007A72B9" w:rsidRPr="00826F42" w:rsidSect="00034616">
      <w:headerReference w:type="default" r:id="rId9"/>
      <w:footerReference w:type="default" r:id="rId10"/>
      <w:footerReference w:type="first" r:id="rId11"/>
      <w:pgSz w:w="11906" w:h="16838"/>
      <w:pgMar w:top="907" w:right="1134" w:bottom="964" w:left="1134" w:header="340" w:footer="31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33F316" w14:textId="77777777" w:rsidR="00BD2496" w:rsidRDefault="00BD2496">
      <w:r>
        <w:separator/>
      </w:r>
    </w:p>
  </w:endnote>
  <w:endnote w:type="continuationSeparator" w:id="0">
    <w:p w14:paraId="2A9F1A37" w14:textId="77777777" w:rsidR="00BD2496" w:rsidRDefault="00BD2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B64E8" w14:textId="77777777" w:rsidR="00FA6934" w:rsidRDefault="00BD2496">
    <w:pPr>
      <w:pStyle w:val="Podnoje"/>
      <w:pBdr>
        <w:bottom w:val="single" w:sz="9" w:space="3" w:color="F23B4B"/>
      </w:pBdr>
      <w:spacing w:before="40"/>
      <w:jc w:val="center"/>
    </w:pPr>
    <w:proofErr w:type="spellStart"/>
    <w:r>
      <w:rPr>
        <w:rFonts w:eastAsia="Times New Roman"/>
        <w:color w:val="6D6E71"/>
        <w:sz w:val="14"/>
      </w:rPr>
      <w:t>Sveučilište</w:t>
    </w:r>
    <w:proofErr w:type="spellEnd"/>
    <w:r>
      <w:rPr>
        <w:rFonts w:eastAsia="Times New Roman"/>
        <w:color w:val="6D6E71"/>
        <w:sz w:val="14"/>
      </w:rPr>
      <w:t xml:space="preserve"> Josipa </w:t>
    </w:r>
    <w:proofErr w:type="spellStart"/>
    <w:r>
      <w:rPr>
        <w:rFonts w:eastAsia="Times New Roman"/>
        <w:color w:val="6D6E71"/>
        <w:sz w:val="14"/>
      </w:rPr>
      <w:t>Jurja</w:t>
    </w:r>
    <w:proofErr w:type="spellEnd"/>
    <w:r>
      <w:rPr>
        <w:rFonts w:eastAsia="Times New Roman"/>
        <w:color w:val="6D6E71"/>
        <w:sz w:val="14"/>
      </w:rPr>
      <w:t xml:space="preserve"> </w:t>
    </w:r>
    <w:proofErr w:type="spellStart"/>
    <w:r>
      <w:rPr>
        <w:rFonts w:eastAsia="Times New Roman"/>
        <w:color w:val="6D6E71"/>
        <w:sz w:val="14"/>
      </w:rPr>
      <w:t>Strossmayera</w:t>
    </w:r>
    <w:proofErr w:type="spellEnd"/>
    <w:r>
      <w:rPr>
        <w:rFonts w:eastAsia="Times New Roman"/>
        <w:color w:val="6D6E71"/>
        <w:sz w:val="14"/>
      </w:rPr>
      <w:t xml:space="preserve"> u </w:t>
    </w:r>
    <w:proofErr w:type="spellStart"/>
    <w:r>
      <w:rPr>
        <w:rFonts w:eastAsia="Times New Roman"/>
        <w:color w:val="6D6E71"/>
        <w:sz w:val="14"/>
      </w:rPr>
      <w:t>Osijeku</w:t>
    </w:r>
    <w:proofErr w:type="spellEnd"/>
    <w:r>
      <w:rPr>
        <w:rFonts w:eastAsia="Times New Roman"/>
        <w:color w:val="6D6E71"/>
        <w:sz w:val="14"/>
      </w:rPr>
      <w:t xml:space="preserve"> | </w:t>
    </w:r>
    <w:proofErr w:type="spellStart"/>
    <w:r>
      <w:rPr>
        <w:rFonts w:eastAsia="Times New Roman"/>
        <w:color w:val="6D6E71"/>
        <w:sz w:val="14"/>
      </w:rPr>
      <w:t>Akademija</w:t>
    </w:r>
    <w:proofErr w:type="spellEnd"/>
    <w:r>
      <w:rPr>
        <w:rFonts w:eastAsia="Times New Roman"/>
        <w:color w:val="6D6E71"/>
        <w:sz w:val="14"/>
      </w:rPr>
      <w:t xml:space="preserve"> za </w:t>
    </w:r>
    <w:proofErr w:type="spellStart"/>
    <w:r>
      <w:rPr>
        <w:rFonts w:eastAsia="Times New Roman"/>
        <w:color w:val="6D6E71"/>
        <w:sz w:val="14"/>
      </w:rPr>
      <w:t>umjetnost</w:t>
    </w:r>
    <w:proofErr w:type="spellEnd"/>
    <w:r>
      <w:rPr>
        <w:rFonts w:eastAsia="Times New Roman"/>
        <w:color w:val="6D6E71"/>
        <w:sz w:val="14"/>
      </w:rPr>
      <w:t xml:space="preserve"> </w:t>
    </w:r>
    <w:proofErr w:type="spellStart"/>
    <w:r>
      <w:rPr>
        <w:rFonts w:eastAsia="Times New Roman"/>
        <w:color w:val="6D6E71"/>
        <w:sz w:val="14"/>
      </w:rPr>
      <w:t>i</w:t>
    </w:r>
    <w:proofErr w:type="spellEnd"/>
    <w:r>
      <w:rPr>
        <w:rFonts w:eastAsia="Times New Roman"/>
        <w:color w:val="6D6E71"/>
        <w:sz w:val="14"/>
      </w:rPr>
      <w:t xml:space="preserve"> </w:t>
    </w:r>
    <w:proofErr w:type="spellStart"/>
    <w:r>
      <w:rPr>
        <w:rFonts w:eastAsia="Times New Roman"/>
        <w:color w:val="6D6E71"/>
        <w:sz w:val="14"/>
      </w:rPr>
      <w:t>kulturu</w:t>
    </w:r>
    <w:proofErr w:type="spellEnd"/>
    <w:r>
      <w:rPr>
        <w:rFonts w:eastAsia="Times New Roman"/>
        <w:color w:val="6D6E71"/>
        <w:sz w:val="14"/>
      </w:rPr>
      <w:t xml:space="preserve"> | </w:t>
    </w:r>
    <w:proofErr w:type="spellStart"/>
    <w:r>
      <w:rPr>
        <w:rFonts w:eastAsia="Times New Roman"/>
        <w:color w:val="6D6E71"/>
        <w:sz w:val="14"/>
      </w:rPr>
      <w:t>Ulica</w:t>
    </w:r>
    <w:proofErr w:type="spellEnd"/>
    <w:r>
      <w:rPr>
        <w:rFonts w:eastAsia="Times New Roman"/>
        <w:color w:val="6D6E71"/>
        <w:sz w:val="14"/>
      </w:rPr>
      <w:t xml:space="preserve"> </w:t>
    </w:r>
    <w:proofErr w:type="spellStart"/>
    <w:r>
      <w:rPr>
        <w:rFonts w:eastAsia="Times New Roman"/>
        <w:color w:val="6D6E71"/>
        <w:sz w:val="14"/>
      </w:rPr>
      <w:t>Julija</w:t>
    </w:r>
    <w:proofErr w:type="spellEnd"/>
    <w:r>
      <w:rPr>
        <w:rFonts w:eastAsia="Times New Roman"/>
        <w:color w:val="6D6E71"/>
        <w:sz w:val="14"/>
      </w:rPr>
      <w:t xml:space="preserve"> </w:t>
    </w:r>
    <w:proofErr w:type="spellStart"/>
    <w:r>
      <w:rPr>
        <w:rFonts w:eastAsia="Times New Roman"/>
        <w:color w:val="6D6E71"/>
        <w:sz w:val="14"/>
      </w:rPr>
      <w:t>Knifera</w:t>
    </w:r>
    <w:proofErr w:type="spellEnd"/>
    <w:r>
      <w:rPr>
        <w:rFonts w:eastAsia="Times New Roman"/>
        <w:color w:val="6D6E71"/>
        <w:sz w:val="14"/>
      </w:rPr>
      <w:t xml:space="preserve"> 1 | 31000 Osijek, Hrvatska</w:t>
    </w:r>
  </w:p>
  <w:p w14:paraId="3A2B1F27" w14:textId="77777777" w:rsidR="00FA6934" w:rsidRDefault="00BD2496">
    <w:pPr>
      <w:jc w:val="center"/>
    </w:pPr>
    <w:r>
      <w:rPr>
        <w:rFonts w:eastAsia="Times New Roman"/>
        <w:color w:val="6D6E71"/>
        <w:sz w:val="14"/>
      </w:rPr>
      <w:t>T: +385 31 253 333 | F: +385 31 253 353 | E: aukos@aukos.hr | W: www.aukos.unios.hr | IBAN: HR7323600001102689236 | OIB: 60277424315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C80FC6" w14:textId="77777777" w:rsidR="00FA6934" w:rsidRPr="00826F42" w:rsidRDefault="00BD2496">
    <w:pPr>
      <w:pStyle w:val="Podnoje"/>
      <w:pBdr>
        <w:bottom w:val="single" w:sz="9" w:space="3" w:color="F23B4B"/>
      </w:pBdr>
      <w:spacing w:before="40"/>
      <w:jc w:val="center"/>
      <w:rPr>
        <w:lang w:val="hr-HR"/>
      </w:rPr>
    </w:pPr>
    <w:r w:rsidRPr="00826F42">
      <w:rPr>
        <w:rFonts w:eastAsia="Times New Roman"/>
        <w:color w:val="6D6E71"/>
        <w:sz w:val="14"/>
        <w:lang w:val="hr-HR"/>
      </w:rPr>
      <w:t>Sveučilište Josipa Jurja Strossmayera u Osijeku | Akademija za umjetnost i kultu</w:t>
    </w:r>
    <w:r w:rsidRPr="00826F42">
      <w:rPr>
        <w:rFonts w:eastAsia="Times New Roman"/>
        <w:color w:val="6D6E71"/>
        <w:sz w:val="14"/>
        <w:lang w:val="hr-HR"/>
      </w:rPr>
      <w:t>ru | Ulica Julija Knifera 1 | 31000 Osijek, Hrvatska</w:t>
    </w:r>
  </w:p>
  <w:p w14:paraId="2911F27A" w14:textId="77777777" w:rsidR="00FA6934" w:rsidRPr="00826F42" w:rsidRDefault="00BD2496">
    <w:pPr>
      <w:jc w:val="center"/>
      <w:rPr>
        <w:lang w:val="hr-HR"/>
      </w:rPr>
    </w:pPr>
    <w:r w:rsidRPr="00826F42">
      <w:rPr>
        <w:rFonts w:eastAsia="Times New Roman"/>
        <w:color w:val="6D6E71"/>
        <w:sz w:val="14"/>
        <w:lang w:val="hr-HR"/>
      </w:rPr>
      <w:t>T: +385 31 253 333 | F: +385 31 253 353 | E: aukos@aukos.hr | W: www.aukos.unios.hr | IBAN: HR7323600001102689236 | OIB: 60277424315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77AC17" w14:textId="77777777" w:rsidR="00BD2496" w:rsidRDefault="00BD2496">
      <w:r>
        <w:separator/>
      </w:r>
    </w:p>
  </w:footnote>
  <w:footnote w:type="continuationSeparator" w:id="0">
    <w:p w14:paraId="6C3FE316" w14:textId="77777777" w:rsidR="00BD2496" w:rsidRDefault="00BD24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E13CF3" w14:textId="77777777" w:rsidR="00FA6934" w:rsidRDefault="00BD2496">
    <w:pPr>
      <w:pStyle w:val="Zaglavlje"/>
      <w:jc w:val="right"/>
    </w:pPr>
    <w:r>
      <w:rPr>
        <w:noProof/>
      </w:rPr>
      <w:drawing>
        <wp:inline distT="0" distB="0" distL="0" distR="0" wp14:anchorId="5F35AE6A" wp14:editId="2970FF89">
          <wp:extent cx="413999" cy="382153"/>
          <wp:effectExtent l="0" t="0" r="0" b="0"/>
          <wp:docPr id="8249277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_whit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3999" cy="3821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3775E"/>
    <w:rsid w:val="007A72B9"/>
    <w:rsid w:val="00826F42"/>
    <w:rsid w:val="00847F2B"/>
    <w:rsid w:val="00AA1D8D"/>
    <w:rsid w:val="00AC5205"/>
    <w:rsid w:val="00B03584"/>
    <w:rsid w:val="00B47730"/>
    <w:rsid w:val="00BD2496"/>
    <w:rsid w:val="00CB0664"/>
    <w:rsid w:val="00DE2B77"/>
    <w:rsid w:val="00FA69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3E5683"/>
  <w14:defaultImageDpi w14:val="300"/>
  <w15:docId w15:val="{ED2183FA-4A85-4AF5-B698-700690F4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23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UKOSBullet">
    <w:name w:val="AUKOS Bullet"/>
    <w:basedOn w:val="Normal"/>
    <w:pPr>
      <w:spacing w:after="20"/>
      <w:ind w:left="369" w:hanging="227"/>
    </w:pPr>
  </w:style>
  <w:style w:type="paragraph" w:customStyle="1" w:styleId="AUKOSSmall">
    <w:name w:val="AUKOS Small"/>
    <w:basedOn w:val="Normal"/>
    <w:rPr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F17DCB-8896-4F90-9AF1-C19871A09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A – Prijava na natječaj za rad na projektu StartART</dc:title>
  <dc:subject/>
  <dc:creator>python-docx</dc:creator>
  <cp:keywords/>
  <dc:description>generated by python-docx</dc:description>
  <cp:lastModifiedBy>Korisnik</cp:lastModifiedBy>
  <cp:revision>3</cp:revision>
  <dcterms:created xsi:type="dcterms:W3CDTF">2026-09-04T11:32:00Z</dcterms:created>
  <dcterms:modified xsi:type="dcterms:W3CDTF">2026-09-22T09:00:00Z</dcterms:modified>
  <cp:category/>
</cp:coreProperties>
</file>